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10D" w:rsidRPr="0055110D" w:rsidRDefault="0055110D" w:rsidP="0055110D">
      <w:pPr>
        <w:jc w:val="center"/>
        <w:rPr>
          <w:lang w:val="ru-RU"/>
        </w:rPr>
      </w:pPr>
      <w:r w:rsidRPr="0055110D">
        <w:rPr>
          <w:lang w:val="ru-RU"/>
        </w:rPr>
        <w:t>Елецкий Техникум Железнодорожного Транспорта – филиала Ростовского Государственного Университета Путей Сообщения</w:t>
      </w:r>
    </w:p>
    <w:p w:rsidR="0055110D" w:rsidRDefault="0055110D" w:rsidP="0055110D">
      <w:pPr>
        <w:jc w:val="center"/>
        <w:rPr>
          <w:sz w:val="28"/>
          <w:szCs w:val="28"/>
          <w:lang w:val="ru-RU"/>
        </w:rPr>
      </w:pPr>
    </w:p>
    <w:p w:rsidR="0055110D" w:rsidRDefault="0055110D" w:rsidP="0055110D">
      <w:pPr>
        <w:jc w:val="center"/>
        <w:rPr>
          <w:sz w:val="28"/>
          <w:szCs w:val="28"/>
          <w:lang w:val="ru-RU"/>
        </w:rPr>
      </w:pPr>
    </w:p>
    <w:p w:rsidR="0055110D" w:rsidRDefault="0055110D" w:rsidP="0055110D">
      <w:pPr>
        <w:jc w:val="center"/>
        <w:rPr>
          <w:sz w:val="28"/>
          <w:szCs w:val="28"/>
          <w:lang w:val="ru-RU"/>
        </w:rPr>
      </w:pPr>
    </w:p>
    <w:p w:rsidR="0055110D" w:rsidRDefault="0055110D" w:rsidP="0055110D">
      <w:pPr>
        <w:jc w:val="center"/>
        <w:rPr>
          <w:sz w:val="28"/>
          <w:szCs w:val="28"/>
          <w:lang w:val="ru-RU"/>
        </w:rPr>
      </w:pPr>
    </w:p>
    <w:p w:rsidR="0055110D" w:rsidRDefault="0055110D" w:rsidP="0055110D">
      <w:pPr>
        <w:jc w:val="center"/>
        <w:rPr>
          <w:sz w:val="28"/>
          <w:szCs w:val="28"/>
          <w:lang w:val="ru-RU"/>
        </w:rPr>
      </w:pPr>
    </w:p>
    <w:p w:rsidR="0055110D" w:rsidRPr="0055110D" w:rsidRDefault="0055110D" w:rsidP="0055110D">
      <w:pPr>
        <w:jc w:val="center"/>
        <w:rPr>
          <w:sz w:val="28"/>
          <w:szCs w:val="28"/>
          <w:lang w:val="ru-RU"/>
        </w:rPr>
      </w:pPr>
    </w:p>
    <w:p w:rsidR="0055110D" w:rsidRPr="0055110D" w:rsidRDefault="0055110D" w:rsidP="0055110D">
      <w:pPr>
        <w:spacing w:after="0"/>
        <w:jc w:val="center"/>
        <w:rPr>
          <w:rFonts w:cs="Times New Roman"/>
          <w:b/>
          <w:sz w:val="40"/>
          <w:szCs w:val="40"/>
          <w:lang w:val="ru-RU"/>
        </w:rPr>
      </w:pPr>
      <w:r w:rsidRPr="0055110D">
        <w:rPr>
          <w:rFonts w:cs="Times New Roman"/>
          <w:b/>
          <w:sz w:val="40"/>
          <w:szCs w:val="40"/>
          <w:lang w:val="ru-RU"/>
        </w:rPr>
        <w:t>Научная статья</w:t>
      </w:r>
    </w:p>
    <w:p w:rsidR="0055110D" w:rsidRPr="0055110D" w:rsidRDefault="0055110D" w:rsidP="0055110D">
      <w:pPr>
        <w:spacing w:after="0"/>
        <w:jc w:val="center"/>
        <w:rPr>
          <w:rFonts w:cs="Times New Roman"/>
          <w:sz w:val="40"/>
          <w:szCs w:val="40"/>
          <w:lang w:val="ru-RU"/>
        </w:rPr>
      </w:pPr>
      <w:r w:rsidRPr="0055110D">
        <w:rPr>
          <w:rFonts w:cs="Times New Roman"/>
          <w:sz w:val="40"/>
          <w:szCs w:val="40"/>
          <w:lang w:val="ru-RU"/>
        </w:rPr>
        <w:t xml:space="preserve"> на тему </w:t>
      </w:r>
    </w:p>
    <w:p w:rsidR="0055110D" w:rsidRDefault="0055110D" w:rsidP="0055110D">
      <w:pPr>
        <w:jc w:val="center"/>
        <w:rPr>
          <w:rFonts w:cs="Times New Roman"/>
          <w:b/>
          <w:sz w:val="28"/>
          <w:szCs w:val="28"/>
          <w:lang w:val="ru-RU"/>
        </w:rPr>
      </w:pPr>
      <w:r w:rsidRPr="0055110D">
        <w:rPr>
          <w:rFonts w:cs="Times New Roman"/>
          <w:b/>
          <w:sz w:val="28"/>
          <w:szCs w:val="28"/>
          <w:lang w:val="ru-RU"/>
        </w:rPr>
        <w:t>"Профилактика рака шейки матки"</w:t>
      </w:r>
    </w:p>
    <w:p w:rsidR="0055110D" w:rsidRDefault="0055110D" w:rsidP="0055110D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55110D" w:rsidRDefault="0055110D" w:rsidP="0055110D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55110D" w:rsidRDefault="0055110D" w:rsidP="0055110D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55110D" w:rsidRDefault="0055110D" w:rsidP="0055110D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55110D" w:rsidRDefault="0055110D" w:rsidP="0055110D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55110D" w:rsidRPr="0055110D" w:rsidRDefault="0055110D" w:rsidP="0055110D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55110D" w:rsidRPr="0055110D" w:rsidRDefault="0055110D" w:rsidP="0055110D">
      <w:pPr>
        <w:jc w:val="right"/>
        <w:rPr>
          <w:rFonts w:cs="Times New Roman"/>
          <w:sz w:val="28"/>
          <w:szCs w:val="28"/>
          <w:lang w:val="ru-RU"/>
        </w:rPr>
      </w:pPr>
      <w:r w:rsidRPr="0055110D">
        <w:rPr>
          <w:rFonts w:cs="Times New Roman"/>
          <w:sz w:val="28"/>
          <w:szCs w:val="28"/>
          <w:lang w:val="ru-RU"/>
        </w:rPr>
        <w:t>Выполнил обучающийся группы ЛД-41 Бутов Дмитрий Андреевич</w:t>
      </w:r>
    </w:p>
    <w:p w:rsidR="0055110D" w:rsidRDefault="0055110D" w:rsidP="0055110D">
      <w:pPr>
        <w:jc w:val="right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Научный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руководитель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Бегимбетова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Вера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Николаевна</w:t>
      </w:r>
      <w:proofErr w:type="spellEnd"/>
    </w:p>
    <w:p w:rsidR="009528D6" w:rsidRPr="0055110D" w:rsidRDefault="0072403E">
      <w:pPr>
        <w:rPr>
          <w:lang w:val="ru-RU"/>
        </w:rPr>
      </w:pPr>
      <w:r w:rsidRPr="0055110D">
        <w:rPr>
          <w:lang w:val="ru-RU"/>
        </w:rPr>
        <w:br w:type="page"/>
      </w:r>
    </w:p>
    <w:p w:rsidR="009528D6" w:rsidRPr="0055110D" w:rsidRDefault="0072403E">
      <w:pPr>
        <w:pStyle w:val="CONTENT"/>
        <w:rPr>
          <w:lang w:val="ru-RU"/>
        </w:rPr>
      </w:pPr>
      <w:r w:rsidRPr="0055110D">
        <w:rPr>
          <w:lang w:val="ru-RU"/>
        </w:rPr>
        <w:lastRenderedPageBreak/>
        <w:t>СОДЕРЖАНИЕ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ВВЕДЕНИЕ</w:t>
      </w:r>
    </w:p>
    <w:p w:rsidR="009528D6" w:rsidRPr="0055110D" w:rsidRDefault="0072403E">
      <w:pPr>
        <w:pStyle w:val="Normal2"/>
        <w:ind w:left="709"/>
        <w:rPr>
          <w:lang w:val="ru-RU"/>
        </w:rPr>
      </w:pPr>
      <w:r w:rsidRPr="0055110D">
        <w:rPr>
          <w:lang w:val="ru-RU"/>
        </w:rPr>
        <w:t>1. Теоретические аспекты профилактики рака шейки матки</w:t>
      </w:r>
    </w:p>
    <w:p w:rsidR="009528D6" w:rsidRPr="0055110D" w:rsidRDefault="0072403E">
      <w:pPr>
        <w:pStyle w:val="Normal2"/>
        <w:ind w:left="1417"/>
        <w:rPr>
          <w:lang w:val="ru-RU"/>
        </w:rPr>
      </w:pPr>
      <w:r w:rsidRPr="0055110D">
        <w:rPr>
          <w:lang w:val="ru-RU"/>
        </w:rPr>
        <w:t>1.1 Вакцинация против вируса папилломы человека</w:t>
      </w:r>
    </w:p>
    <w:p w:rsidR="009528D6" w:rsidRPr="0055110D" w:rsidRDefault="0072403E">
      <w:pPr>
        <w:pStyle w:val="Normal2"/>
        <w:ind w:left="1417"/>
        <w:rPr>
          <w:lang w:val="ru-RU"/>
        </w:rPr>
      </w:pPr>
      <w:r w:rsidRPr="0055110D">
        <w:rPr>
          <w:lang w:val="ru-RU"/>
        </w:rPr>
        <w:t xml:space="preserve">1.2 Регулярные </w:t>
      </w:r>
      <w:proofErr w:type="spellStart"/>
      <w:r w:rsidRPr="0055110D">
        <w:rPr>
          <w:lang w:val="ru-RU"/>
        </w:rPr>
        <w:t>скрининговые</w:t>
      </w:r>
      <w:proofErr w:type="spellEnd"/>
      <w:r w:rsidRPr="0055110D">
        <w:rPr>
          <w:lang w:val="ru-RU"/>
        </w:rPr>
        <w:t xml:space="preserve"> обследования</w:t>
      </w:r>
    </w:p>
    <w:p w:rsidR="009528D6" w:rsidRPr="0055110D" w:rsidRDefault="0072403E">
      <w:pPr>
        <w:pStyle w:val="Normal2"/>
        <w:ind w:left="1417"/>
        <w:rPr>
          <w:lang w:val="ru-RU"/>
        </w:rPr>
      </w:pPr>
      <w:r w:rsidRPr="0055110D">
        <w:rPr>
          <w:lang w:val="ru-RU"/>
        </w:rPr>
        <w:t xml:space="preserve">1.3 </w:t>
      </w:r>
      <w:r w:rsidRPr="0055110D">
        <w:rPr>
          <w:lang w:val="ru-RU"/>
        </w:rPr>
        <w:t>Информирование населения о факторах риска</w:t>
      </w:r>
    </w:p>
    <w:p w:rsidR="009528D6" w:rsidRPr="0055110D" w:rsidRDefault="0072403E">
      <w:pPr>
        <w:pStyle w:val="Normal2"/>
        <w:ind w:left="709"/>
        <w:rPr>
          <w:lang w:val="ru-RU"/>
        </w:rPr>
      </w:pPr>
      <w:r w:rsidRPr="0055110D">
        <w:rPr>
          <w:lang w:val="ru-RU"/>
        </w:rPr>
        <w:t>2. Анализ состояния профилактики рака шейки матки</w:t>
      </w:r>
    </w:p>
    <w:p w:rsidR="009528D6" w:rsidRPr="0055110D" w:rsidRDefault="0072403E">
      <w:pPr>
        <w:pStyle w:val="Normal2"/>
        <w:ind w:left="1417"/>
        <w:rPr>
          <w:lang w:val="ru-RU"/>
        </w:rPr>
      </w:pPr>
      <w:r w:rsidRPr="0055110D">
        <w:rPr>
          <w:lang w:val="ru-RU"/>
        </w:rPr>
        <w:t>2.1 Распространенность заболевания и существующие данные</w:t>
      </w:r>
    </w:p>
    <w:p w:rsidR="009528D6" w:rsidRPr="0055110D" w:rsidRDefault="0072403E">
      <w:pPr>
        <w:pStyle w:val="Normal2"/>
        <w:ind w:left="1417"/>
        <w:rPr>
          <w:lang w:val="ru-RU"/>
        </w:rPr>
      </w:pPr>
      <w:r w:rsidRPr="0055110D">
        <w:rPr>
          <w:lang w:val="ru-RU"/>
        </w:rPr>
        <w:t>2.2 Уровень информированности населения</w:t>
      </w:r>
    </w:p>
    <w:p w:rsidR="009528D6" w:rsidRPr="0055110D" w:rsidRDefault="0072403E">
      <w:pPr>
        <w:pStyle w:val="Normal2"/>
        <w:ind w:left="1417"/>
        <w:rPr>
          <w:lang w:val="ru-RU"/>
        </w:rPr>
      </w:pPr>
      <w:r w:rsidRPr="0055110D">
        <w:rPr>
          <w:lang w:val="ru-RU"/>
        </w:rPr>
        <w:t>2.3 Методы вакцинации и скрининга</w:t>
      </w:r>
    </w:p>
    <w:p w:rsidR="009528D6" w:rsidRPr="0055110D" w:rsidRDefault="0072403E">
      <w:pPr>
        <w:pStyle w:val="Normal2"/>
        <w:ind w:left="709"/>
        <w:rPr>
          <w:lang w:val="ru-RU"/>
        </w:rPr>
      </w:pPr>
      <w:r w:rsidRPr="0055110D">
        <w:rPr>
          <w:lang w:val="ru-RU"/>
        </w:rPr>
        <w:t>3. Предложения по улучшению профи</w:t>
      </w:r>
      <w:r w:rsidRPr="0055110D">
        <w:rPr>
          <w:lang w:val="ru-RU"/>
        </w:rPr>
        <w:t>лактики</w:t>
      </w:r>
    </w:p>
    <w:p w:rsidR="009528D6" w:rsidRPr="0055110D" w:rsidRDefault="0072403E">
      <w:pPr>
        <w:pStyle w:val="Normal2"/>
        <w:ind w:left="1417"/>
        <w:rPr>
          <w:lang w:val="ru-RU"/>
        </w:rPr>
      </w:pPr>
      <w:r w:rsidRPr="0055110D">
        <w:rPr>
          <w:lang w:val="ru-RU"/>
        </w:rPr>
        <w:t>3.1 Организация экспериментов по оценке эффективности</w:t>
      </w:r>
    </w:p>
    <w:p w:rsidR="009528D6" w:rsidRPr="0055110D" w:rsidRDefault="0072403E">
      <w:pPr>
        <w:pStyle w:val="Normal2"/>
        <w:ind w:left="1417"/>
        <w:rPr>
          <w:lang w:val="ru-RU"/>
        </w:rPr>
      </w:pPr>
      <w:r w:rsidRPr="0055110D">
        <w:rPr>
          <w:lang w:val="ru-RU"/>
        </w:rPr>
        <w:t>3.2 Разработка алгоритма реализации профилактических мероприятий</w:t>
      </w:r>
    </w:p>
    <w:p w:rsidR="009528D6" w:rsidRPr="0055110D" w:rsidRDefault="0072403E">
      <w:pPr>
        <w:pStyle w:val="Normal2"/>
        <w:ind w:left="1417"/>
        <w:rPr>
          <w:lang w:val="ru-RU"/>
        </w:rPr>
      </w:pPr>
      <w:r w:rsidRPr="0055110D">
        <w:rPr>
          <w:lang w:val="ru-RU"/>
        </w:rPr>
        <w:t>3.3 Оценка влияния профилактических мероприятий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ЗАКЛЮЧЕНИЕ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СПИСОК ЛИТЕРАТУРЫ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ПРИЛОЖЕНИЯ</w:t>
      </w:r>
    </w:p>
    <w:p w:rsidR="009528D6" w:rsidRPr="0055110D" w:rsidRDefault="0072403E">
      <w:pPr>
        <w:rPr>
          <w:lang w:val="ru-RU"/>
        </w:rPr>
      </w:pPr>
      <w:r w:rsidRPr="0055110D">
        <w:rPr>
          <w:lang w:val="ru-RU"/>
        </w:rPr>
        <w:br w:type="page"/>
      </w:r>
    </w:p>
    <w:p w:rsidR="009528D6" w:rsidRPr="0055110D" w:rsidRDefault="0072403E">
      <w:pPr>
        <w:pStyle w:val="T1"/>
        <w:jc w:val="center"/>
        <w:rPr>
          <w:lang w:val="ru-RU"/>
        </w:rPr>
      </w:pPr>
      <w:r w:rsidRPr="0055110D">
        <w:rPr>
          <w:lang w:val="ru-RU"/>
        </w:rPr>
        <w:lastRenderedPageBreak/>
        <w:t>ВВЕДЕНИЕ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Актуальность исследования темы</w:t>
      </w:r>
      <w:r w:rsidRPr="0055110D">
        <w:rPr>
          <w:lang w:val="ru-RU"/>
        </w:rPr>
        <w:t xml:space="preserve"> "Профилактика рака шейки матки" обусловлена несколькими ключевыми факторами, которые подчеркивают важность данного направления в области медицины и общественного здоровья.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Профилактика рака шейки матки включает в себя комплекс мероприятий, направленных на</w:t>
      </w:r>
      <w:r w:rsidRPr="0055110D">
        <w:rPr>
          <w:lang w:val="ru-RU"/>
        </w:rPr>
        <w:t xml:space="preserve"> снижение заболеваемости и смертности от данного заболевания. Ключевыми аспектами являются вакцинация против вируса папилломы человека (ВПЧ), регулярные </w:t>
      </w:r>
      <w:proofErr w:type="spellStart"/>
      <w:r w:rsidRPr="0055110D">
        <w:rPr>
          <w:lang w:val="ru-RU"/>
        </w:rPr>
        <w:t>скрининговые</w:t>
      </w:r>
      <w:proofErr w:type="spellEnd"/>
      <w:r w:rsidRPr="0055110D">
        <w:rPr>
          <w:lang w:val="ru-RU"/>
        </w:rPr>
        <w:t xml:space="preserve"> обследования, такие как </w:t>
      </w:r>
      <w:proofErr w:type="spellStart"/>
      <w:proofErr w:type="gramStart"/>
      <w:r w:rsidRPr="0055110D">
        <w:rPr>
          <w:lang w:val="ru-RU"/>
        </w:rPr>
        <w:t>Пап-тест</w:t>
      </w:r>
      <w:proofErr w:type="spellEnd"/>
      <w:proofErr w:type="gramEnd"/>
      <w:r w:rsidRPr="0055110D">
        <w:rPr>
          <w:lang w:val="ru-RU"/>
        </w:rPr>
        <w:t xml:space="preserve"> и тест на ВПЧ, а также информирование населения о фактора</w:t>
      </w:r>
      <w:r w:rsidRPr="0055110D">
        <w:rPr>
          <w:lang w:val="ru-RU"/>
        </w:rPr>
        <w:t>х риска и методах защиты. Особое внимание уделяется социальным группам, подверженным повышенному риску, таким как женщины старше 30 лет, и тем, кто имеет неблагоприятные социально-экономические условия. Эффективная профилактика требует междисциплинарного п</w:t>
      </w:r>
      <w:r w:rsidRPr="0055110D">
        <w:rPr>
          <w:lang w:val="ru-RU"/>
        </w:rPr>
        <w:t xml:space="preserve">одхода, включающего медицинские, образовательные и социальные </w:t>
      </w:r>
      <w:proofErr w:type="spellStart"/>
      <w:r w:rsidRPr="0055110D">
        <w:rPr>
          <w:lang w:val="ru-RU"/>
        </w:rPr>
        <w:t>инициативы</w:t>
      </w:r>
      <w:proofErr w:type="gramStart"/>
      <w:r w:rsidRPr="0055110D">
        <w:rPr>
          <w:lang w:val="ru-RU"/>
        </w:rPr>
        <w:t>.В</w:t>
      </w:r>
      <w:proofErr w:type="gramEnd"/>
      <w:r w:rsidRPr="0055110D">
        <w:rPr>
          <w:lang w:val="ru-RU"/>
        </w:rPr>
        <w:t>ажным</w:t>
      </w:r>
      <w:proofErr w:type="spellEnd"/>
      <w:r w:rsidRPr="0055110D">
        <w:rPr>
          <w:lang w:val="ru-RU"/>
        </w:rPr>
        <w:t xml:space="preserve"> элементом профилактики рака шейки матки является вакцинация против ВПЧ, которая позволяет значительно снизить риск заражения вирусом, способствующим развитию данного заболевани</w:t>
      </w:r>
      <w:r w:rsidRPr="0055110D">
        <w:rPr>
          <w:lang w:val="ru-RU"/>
        </w:rPr>
        <w:t>я. Вакцинация рекомендуется проводить в подростковом возрасте, что дает возможность защитить девушек до начала их сексуальной активности.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Выявить ключевые аспекты профилактики рака шейки матки, включая вакцинацию против вируса папилломы человека, регулярны</w:t>
      </w:r>
      <w:r w:rsidRPr="0055110D">
        <w:rPr>
          <w:lang w:val="ru-RU"/>
        </w:rPr>
        <w:t xml:space="preserve">е </w:t>
      </w:r>
      <w:proofErr w:type="spellStart"/>
      <w:r w:rsidRPr="0055110D">
        <w:rPr>
          <w:lang w:val="ru-RU"/>
        </w:rPr>
        <w:t>скрининговые</w:t>
      </w:r>
      <w:proofErr w:type="spellEnd"/>
      <w:r w:rsidRPr="0055110D">
        <w:rPr>
          <w:lang w:val="ru-RU"/>
        </w:rPr>
        <w:t xml:space="preserve"> обследования и информирование населения о факторах риска и методах </w:t>
      </w:r>
      <w:proofErr w:type="spellStart"/>
      <w:r w:rsidRPr="0055110D">
        <w:rPr>
          <w:lang w:val="ru-RU"/>
        </w:rPr>
        <w:t>защиты</w:t>
      </w:r>
      <w:proofErr w:type="gramStart"/>
      <w:r w:rsidRPr="0055110D">
        <w:rPr>
          <w:lang w:val="ru-RU"/>
        </w:rPr>
        <w:t>.Д</w:t>
      </w:r>
      <w:proofErr w:type="gramEnd"/>
      <w:r w:rsidRPr="0055110D">
        <w:rPr>
          <w:lang w:val="ru-RU"/>
        </w:rPr>
        <w:t>ля</w:t>
      </w:r>
      <w:proofErr w:type="spellEnd"/>
      <w:r w:rsidRPr="0055110D">
        <w:rPr>
          <w:lang w:val="ru-RU"/>
        </w:rPr>
        <w:t xml:space="preserve"> эффективной профилактики рака шейки матки необходимо учитывать несколько ключевых аспектов. Вакцинация против вируса папилломы человека (ВПЧ) является одним из сам</w:t>
      </w:r>
      <w:r w:rsidRPr="0055110D">
        <w:rPr>
          <w:lang w:val="ru-RU"/>
        </w:rPr>
        <w:t xml:space="preserve">ых значимых мероприятий. Вакцинация помогает предотвратить заражение </w:t>
      </w:r>
      <w:proofErr w:type="spellStart"/>
      <w:r w:rsidRPr="0055110D">
        <w:rPr>
          <w:lang w:val="ru-RU"/>
        </w:rPr>
        <w:t>высокоонкогенными</w:t>
      </w:r>
      <w:proofErr w:type="spellEnd"/>
      <w:r w:rsidRPr="0055110D">
        <w:rPr>
          <w:lang w:val="ru-RU"/>
        </w:rPr>
        <w:t xml:space="preserve"> типами ВПЧ, которые являются основными факторами риска развития рака шейки матки. Рекомендуется проводить вакцинацию в возрасте 9-14 лет, что позволяет создать иммунный </w:t>
      </w:r>
      <w:r w:rsidRPr="0055110D">
        <w:rPr>
          <w:lang w:val="ru-RU"/>
        </w:rPr>
        <w:t>ответ до начала сексуальной активности.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Изучение текущего состояния проблемы профилактики рака шейки матки, включая анализ существующих данных о распространенности заболевания, методах вакцинации и скрининга, а также оценку уровня информированности населен</w:t>
      </w:r>
      <w:r w:rsidRPr="0055110D">
        <w:rPr>
          <w:lang w:val="ru-RU"/>
        </w:rPr>
        <w:t>ия о факторах риска.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Организация будущих экспериментов, направленных на оценку эффективности вакцинации против ВПЧ и регулярных </w:t>
      </w:r>
      <w:proofErr w:type="spellStart"/>
      <w:r w:rsidRPr="0055110D">
        <w:rPr>
          <w:lang w:val="ru-RU"/>
        </w:rPr>
        <w:t>скрининговых</w:t>
      </w:r>
      <w:proofErr w:type="spellEnd"/>
      <w:r w:rsidRPr="0055110D">
        <w:rPr>
          <w:lang w:val="ru-RU"/>
        </w:rPr>
        <w:t xml:space="preserve"> обследований, с использованием методов анкетирования и статистического анализа данных, а также изучение существующи</w:t>
      </w:r>
      <w:r w:rsidRPr="0055110D">
        <w:rPr>
          <w:lang w:val="ru-RU"/>
        </w:rPr>
        <w:t>х литературных источников по теме.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lastRenderedPageBreak/>
        <w:t xml:space="preserve">Разработка алгоритма практической реализации экспериментов, включая этапы подготовки, проведения вакцинации и </w:t>
      </w:r>
      <w:proofErr w:type="spellStart"/>
      <w:r w:rsidRPr="0055110D">
        <w:rPr>
          <w:lang w:val="ru-RU"/>
        </w:rPr>
        <w:t>скрининговых</w:t>
      </w:r>
      <w:proofErr w:type="spellEnd"/>
      <w:r w:rsidRPr="0055110D">
        <w:rPr>
          <w:lang w:val="ru-RU"/>
        </w:rPr>
        <w:t xml:space="preserve"> обследований, а также методы сбора и анализа данных о результатах.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Проведение объективной оценки </w:t>
      </w:r>
      <w:r w:rsidRPr="0055110D">
        <w:rPr>
          <w:lang w:val="ru-RU"/>
        </w:rPr>
        <w:t xml:space="preserve">решений на основании полученных результатов, включая анализ влияния профилактических мероприятий на снижение заболеваемости раком шейки матки и уровень осведомленности населения о </w:t>
      </w:r>
      <w:proofErr w:type="spellStart"/>
      <w:r w:rsidRPr="0055110D">
        <w:rPr>
          <w:lang w:val="ru-RU"/>
        </w:rPr>
        <w:t>профилактике</w:t>
      </w:r>
      <w:proofErr w:type="gramStart"/>
      <w:r w:rsidRPr="0055110D">
        <w:rPr>
          <w:lang w:val="ru-RU"/>
        </w:rPr>
        <w:t>.Д</w:t>
      </w:r>
      <w:proofErr w:type="gramEnd"/>
      <w:r w:rsidRPr="0055110D">
        <w:rPr>
          <w:lang w:val="ru-RU"/>
        </w:rPr>
        <w:t>ля</w:t>
      </w:r>
      <w:proofErr w:type="spellEnd"/>
      <w:r w:rsidRPr="0055110D">
        <w:rPr>
          <w:lang w:val="ru-RU"/>
        </w:rPr>
        <w:t xml:space="preserve"> достижения поставленных целей необходимо провести детальный</w:t>
      </w:r>
      <w:r w:rsidRPr="0055110D">
        <w:rPr>
          <w:lang w:val="ru-RU"/>
        </w:rPr>
        <w:t xml:space="preserve"> анализ существующих программ вакцинации и скрининга, а также оценить их доступность и эффективность в различных регионах. Это позволит выявить возможные пробелы в реализации профилактических мероприятий и предложить пути их устранения.</w:t>
      </w:r>
    </w:p>
    <w:p w:rsidR="009528D6" w:rsidRPr="0055110D" w:rsidRDefault="0072403E">
      <w:pPr>
        <w:rPr>
          <w:lang w:val="ru-RU"/>
        </w:rPr>
      </w:pPr>
      <w:r w:rsidRPr="0055110D">
        <w:rPr>
          <w:lang w:val="ru-RU"/>
        </w:rPr>
        <w:br w:type="page"/>
      </w:r>
    </w:p>
    <w:p w:rsidR="009528D6" w:rsidRPr="0055110D" w:rsidRDefault="0072403E">
      <w:pPr>
        <w:pStyle w:val="T1"/>
        <w:rPr>
          <w:lang w:val="ru-RU"/>
        </w:rPr>
      </w:pPr>
      <w:r w:rsidRPr="0055110D">
        <w:rPr>
          <w:lang w:val="ru-RU"/>
        </w:rPr>
        <w:lastRenderedPageBreak/>
        <w:t xml:space="preserve">1. Теоретические </w:t>
      </w:r>
      <w:r w:rsidRPr="0055110D">
        <w:rPr>
          <w:lang w:val="ru-RU"/>
        </w:rPr>
        <w:t>аспекты профилактики рака шейки матки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Профилактика рака шейки матки является важной темой в области онкологии и общественного здравоохранения. Заболевание связано с инфекцией вирусом папилломы человека (ВПЧ), и его профилактика включает в себя как первичны</w:t>
      </w:r>
      <w:r w:rsidRPr="0055110D">
        <w:rPr>
          <w:lang w:val="ru-RU"/>
        </w:rPr>
        <w:t xml:space="preserve">е, так и вторичные меры. Первичная профилактика направлена на предотвращение заражения ВПЧ, что может быть достигнуто с помощью вакцинации. Вакцины против ВПЧ, такие как </w:t>
      </w:r>
      <w:proofErr w:type="spellStart"/>
      <w:r w:rsidRPr="0055110D">
        <w:rPr>
          <w:lang w:val="ru-RU"/>
        </w:rPr>
        <w:t>Гардасил</w:t>
      </w:r>
      <w:proofErr w:type="spellEnd"/>
      <w:r w:rsidRPr="0055110D">
        <w:rPr>
          <w:lang w:val="ru-RU"/>
        </w:rPr>
        <w:t xml:space="preserve"> и </w:t>
      </w:r>
      <w:proofErr w:type="spellStart"/>
      <w:r w:rsidRPr="0055110D">
        <w:rPr>
          <w:lang w:val="ru-RU"/>
        </w:rPr>
        <w:t>Церварикс</w:t>
      </w:r>
      <w:proofErr w:type="spellEnd"/>
      <w:r w:rsidRPr="0055110D">
        <w:rPr>
          <w:lang w:val="ru-RU"/>
        </w:rPr>
        <w:t>, продемонстрировали высокую эффективность в снижении заболеваемос</w:t>
      </w:r>
      <w:r w:rsidRPr="0055110D">
        <w:rPr>
          <w:lang w:val="ru-RU"/>
        </w:rPr>
        <w:t>ти и смертности от рака шейки матки, особенно среди женщин, которые еще не начали половую жизнь [1].</w:t>
      </w:r>
    </w:p>
    <w:p w:rsidR="009528D6" w:rsidRPr="0055110D" w:rsidRDefault="0072403E">
      <w:pPr>
        <w:pStyle w:val="T2"/>
        <w:rPr>
          <w:lang w:val="ru-RU"/>
        </w:rPr>
      </w:pPr>
      <w:r w:rsidRPr="0055110D">
        <w:rPr>
          <w:lang w:val="ru-RU"/>
        </w:rPr>
        <w:t>1.1 Вакцинация против вируса папилломы человека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Вакцинация против вируса папилломы человека (ВПЧ) представляет собой ключевой элемент в стратегии профилакт</w:t>
      </w:r>
      <w:r w:rsidRPr="0055110D">
        <w:rPr>
          <w:lang w:val="ru-RU"/>
        </w:rPr>
        <w:t xml:space="preserve">ики рака шейки матки, который находит все большее признание в медицинской практике. ВПЧ является основным этиологическим фактором развития этого заболевания, и его вакцинация позволяет значительно снизить риск возникновения </w:t>
      </w:r>
      <w:proofErr w:type="spellStart"/>
      <w:r w:rsidRPr="0055110D">
        <w:rPr>
          <w:lang w:val="ru-RU"/>
        </w:rPr>
        <w:t>предраковых</w:t>
      </w:r>
      <w:proofErr w:type="spellEnd"/>
      <w:r w:rsidRPr="0055110D">
        <w:rPr>
          <w:lang w:val="ru-RU"/>
        </w:rPr>
        <w:t xml:space="preserve"> изменений и рака. Ис</w:t>
      </w:r>
      <w:r w:rsidRPr="0055110D">
        <w:rPr>
          <w:lang w:val="ru-RU"/>
        </w:rPr>
        <w:t xml:space="preserve">следования показывают, что вакцинация эффективна в предотвращении инфекций, вызванных </w:t>
      </w:r>
      <w:proofErr w:type="spellStart"/>
      <w:r w:rsidRPr="0055110D">
        <w:rPr>
          <w:lang w:val="ru-RU"/>
        </w:rPr>
        <w:t>высокоонкогенными</w:t>
      </w:r>
      <w:proofErr w:type="spellEnd"/>
      <w:r w:rsidRPr="0055110D">
        <w:rPr>
          <w:lang w:val="ru-RU"/>
        </w:rPr>
        <w:t xml:space="preserve"> типами вируса, такими как 16 и 18, которые ответственны за большинство случаев рака шейки матки [1].</w:t>
      </w:r>
    </w:p>
    <w:p w:rsidR="009528D6" w:rsidRPr="0055110D" w:rsidRDefault="0072403E">
      <w:pPr>
        <w:pStyle w:val="T2"/>
        <w:rPr>
          <w:lang w:val="ru-RU"/>
        </w:rPr>
      </w:pPr>
      <w:r w:rsidRPr="0055110D">
        <w:rPr>
          <w:lang w:val="ru-RU"/>
        </w:rPr>
        <w:t xml:space="preserve">1.2 Регулярные </w:t>
      </w:r>
      <w:proofErr w:type="spellStart"/>
      <w:r w:rsidRPr="0055110D">
        <w:rPr>
          <w:lang w:val="ru-RU"/>
        </w:rPr>
        <w:t>скрининговые</w:t>
      </w:r>
      <w:proofErr w:type="spellEnd"/>
      <w:r w:rsidRPr="0055110D">
        <w:rPr>
          <w:lang w:val="ru-RU"/>
        </w:rPr>
        <w:t xml:space="preserve"> обследования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Регулярные</w:t>
      </w:r>
      <w:r w:rsidRPr="0055110D">
        <w:rPr>
          <w:lang w:val="ru-RU"/>
        </w:rPr>
        <w:t xml:space="preserve"> </w:t>
      </w:r>
      <w:proofErr w:type="spellStart"/>
      <w:r w:rsidRPr="0055110D">
        <w:rPr>
          <w:lang w:val="ru-RU"/>
        </w:rPr>
        <w:t>скрининговые</w:t>
      </w:r>
      <w:proofErr w:type="spellEnd"/>
      <w:r w:rsidRPr="0055110D">
        <w:rPr>
          <w:lang w:val="ru-RU"/>
        </w:rPr>
        <w:t xml:space="preserve"> обследования играют ключевую роль в профилактике рака шейки матки, так как они позволяют выявлять </w:t>
      </w:r>
      <w:proofErr w:type="spellStart"/>
      <w:r w:rsidRPr="0055110D">
        <w:rPr>
          <w:lang w:val="ru-RU"/>
        </w:rPr>
        <w:t>предраковые</w:t>
      </w:r>
      <w:proofErr w:type="spellEnd"/>
      <w:r w:rsidRPr="0055110D">
        <w:rPr>
          <w:lang w:val="ru-RU"/>
        </w:rPr>
        <w:t xml:space="preserve"> изменения и рак на ранних стадиях, что значительно увеличивает шансы на успешное лечение. Скрининг включает в себя различные методы,</w:t>
      </w:r>
      <w:r w:rsidRPr="0055110D">
        <w:rPr>
          <w:lang w:val="ru-RU"/>
        </w:rPr>
        <w:t xml:space="preserve"> такие как </w:t>
      </w:r>
      <w:proofErr w:type="spellStart"/>
      <w:proofErr w:type="gramStart"/>
      <w:r w:rsidRPr="0055110D">
        <w:rPr>
          <w:lang w:val="ru-RU"/>
        </w:rPr>
        <w:t>Пап-тест</w:t>
      </w:r>
      <w:proofErr w:type="spellEnd"/>
      <w:proofErr w:type="gramEnd"/>
      <w:r w:rsidRPr="0055110D">
        <w:rPr>
          <w:lang w:val="ru-RU"/>
        </w:rPr>
        <w:t xml:space="preserve"> и тест на наличие вируса папилломы человека (ВПЧ), которые помогают определить наличие аномальных клеток и инфекций, способствующих развитию рака. Согласно рекомендациям, регулярные обследования должны начинаться с 21 года и проводиться</w:t>
      </w:r>
      <w:r w:rsidRPr="0055110D">
        <w:rPr>
          <w:lang w:val="ru-RU"/>
        </w:rPr>
        <w:t xml:space="preserve"> каждые три года до 29 лет, а затем, в зависимости от результатов, могут быть увеличены интервалы до пяти лет для женщин старше 30 лет, если они проходят тестирование на ВПЧ [3].</w:t>
      </w:r>
    </w:p>
    <w:p w:rsidR="009528D6" w:rsidRPr="0055110D" w:rsidRDefault="0072403E">
      <w:pPr>
        <w:pStyle w:val="T2"/>
        <w:rPr>
          <w:lang w:val="ru-RU"/>
        </w:rPr>
      </w:pPr>
      <w:r w:rsidRPr="0055110D">
        <w:rPr>
          <w:lang w:val="ru-RU"/>
        </w:rPr>
        <w:lastRenderedPageBreak/>
        <w:t>1.3 Информирование населения о факторах риска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Информирование населения о факт</w:t>
      </w:r>
      <w:r w:rsidRPr="0055110D">
        <w:rPr>
          <w:lang w:val="ru-RU"/>
        </w:rPr>
        <w:t xml:space="preserve">орах риска рака шейки матки является важным аспектом профилактики данного заболевания. Эффективные образовательные программы способны повысить осведомленность женщин о возможных причинах и факторах, способствующих развитию рака шейки матки. Важность таких </w:t>
      </w:r>
      <w:r w:rsidRPr="0055110D">
        <w:rPr>
          <w:lang w:val="ru-RU"/>
        </w:rPr>
        <w:t xml:space="preserve">мероприятий подчеркивается тем, что многие женщины не осознают риск, связанный с инфекцией вирусом папилломы человека (ВПЧ), который является основным фактором, способствующим развитию этого вида рака. Образовательные программы могут включать информацию о </w:t>
      </w:r>
      <w:r w:rsidRPr="0055110D">
        <w:rPr>
          <w:lang w:val="ru-RU"/>
        </w:rPr>
        <w:t xml:space="preserve">способах передачи ВПЧ, методах профилактики, таких как вакцинация, а также о необходимости регулярных медицинских осмотров и </w:t>
      </w:r>
      <w:proofErr w:type="spellStart"/>
      <w:r w:rsidRPr="0055110D">
        <w:rPr>
          <w:lang w:val="ru-RU"/>
        </w:rPr>
        <w:t>скрининговых</w:t>
      </w:r>
      <w:proofErr w:type="spellEnd"/>
      <w:r w:rsidRPr="0055110D">
        <w:rPr>
          <w:lang w:val="ru-RU"/>
        </w:rPr>
        <w:t xml:space="preserve"> тестов, которые помогают выявить </w:t>
      </w:r>
      <w:proofErr w:type="spellStart"/>
      <w:r w:rsidRPr="0055110D">
        <w:rPr>
          <w:lang w:val="ru-RU"/>
        </w:rPr>
        <w:t>предраковые</w:t>
      </w:r>
      <w:proofErr w:type="spellEnd"/>
      <w:r w:rsidRPr="0055110D">
        <w:rPr>
          <w:lang w:val="ru-RU"/>
        </w:rPr>
        <w:t xml:space="preserve"> изменения на ранних стадиях [5].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Кроме того, информирование о факторах ри</w:t>
      </w:r>
      <w:r w:rsidRPr="0055110D">
        <w:rPr>
          <w:lang w:val="ru-RU"/>
        </w:rPr>
        <w:t>ска должно охватывать и другие аспекты, такие как влияние курения, неправильного питания и недостатка физической активности на здоровье шейки матки. Исследования показывают, что женщины, имеющие доступ к информации о факторах риска, более склонны принимать</w:t>
      </w:r>
      <w:r w:rsidRPr="0055110D">
        <w:rPr>
          <w:lang w:val="ru-RU"/>
        </w:rPr>
        <w:t xml:space="preserve"> профилактические меры и обращаться за медицинской помощью [6]. Важно, чтобы информация была доступной и понятной, а также адаптированной к различным группам населения, что позволит максимизировать охват и эффективность профилактических мероприятий. Таким </w:t>
      </w:r>
      <w:r w:rsidRPr="0055110D">
        <w:rPr>
          <w:lang w:val="ru-RU"/>
        </w:rPr>
        <w:t>образом, информирование о факторах риска является ключевым элементом в стратегии снижения заболеваемости раком шейки матки.</w:t>
      </w:r>
    </w:p>
    <w:p w:rsidR="009528D6" w:rsidRPr="0055110D" w:rsidRDefault="0072403E">
      <w:pPr>
        <w:rPr>
          <w:lang w:val="ru-RU"/>
        </w:rPr>
      </w:pPr>
      <w:r w:rsidRPr="0055110D">
        <w:rPr>
          <w:lang w:val="ru-RU"/>
        </w:rPr>
        <w:br w:type="page"/>
      </w:r>
    </w:p>
    <w:p w:rsidR="009528D6" w:rsidRPr="0055110D" w:rsidRDefault="0072403E">
      <w:pPr>
        <w:pStyle w:val="T1"/>
        <w:rPr>
          <w:lang w:val="ru-RU"/>
        </w:rPr>
      </w:pPr>
      <w:r w:rsidRPr="0055110D">
        <w:rPr>
          <w:lang w:val="ru-RU"/>
        </w:rPr>
        <w:lastRenderedPageBreak/>
        <w:t>2. Анализ состояния профилактики рака шейки матки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Профилактика рака шейки матки является важной задачей общественного здравоохране</w:t>
      </w:r>
      <w:r w:rsidRPr="0055110D">
        <w:rPr>
          <w:lang w:val="ru-RU"/>
        </w:rPr>
        <w:t>ния, поскольку этот вид рака занимает одно из ведущих мест среди онкологических заболеваний у женщин. Актуальность темы обусловлена высокой заболеваемостью и смертностью, а также возможностью эффективного предотвращения заболевания. Важнейшими аспектами пр</w:t>
      </w:r>
      <w:r w:rsidRPr="0055110D">
        <w:rPr>
          <w:lang w:val="ru-RU"/>
        </w:rPr>
        <w:t>офилактики являются вакцинация против вируса папилломы человека (ВПЧ), скрининг и информирование населения.</w:t>
      </w:r>
    </w:p>
    <w:p w:rsidR="009528D6" w:rsidRPr="0055110D" w:rsidRDefault="0072403E">
      <w:pPr>
        <w:pStyle w:val="T2"/>
        <w:rPr>
          <w:lang w:val="ru-RU"/>
        </w:rPr>
      </w:pPr>
      <w:r w:rsidRPr="0055110D">
        <w:rPr>
          <w:lang w:val="ru-RU"/>
        </w:rPr>
        <w:t>2.1 Распространенность заболевания и существующие данные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Распространенность рака шейки матки остается значительной проблемой общественного здоровья </w:t>
      </w:r>
      <w:r w:rsidRPr="0055110D">
        <w:rPr>
          <w:lang w:val="ru-RU"/>
        </w:rPr>
        <w:t>во многих странах. Данные показывают, что это заболевание занимает одно из ведущих мест среди онкологических заболеваний у женщин, особенно в развивающихся странах. По информации, представленной в современных исследованиях, уровень заболеваемости варьирует</w:t>
      </w:r>
      <w:r w:rsidRPr="0055110D">
        <w:rPr>
          <w:lang w:val="ru-RU"/>
        </w:rPr>
        <w:t>ся в зависимости от региона, что связано с различиями в доступности медицинской помощи, уровнями профилактики и скрининга. Например, в некоторых странах Восточной Европы и Центральной Азии наблюдается высокая заболеваемость, что обусловлено недостаточной и</w:t>
      </w:r>
      <w:r w:rsidRPr="0055110D">
        <w:rPr>
          <w:lang w:val="ru-RU"/>
        </w:rPr>
        <w:t xml:space="preserve">нформированностью женщин о необходимости регулярных обследований и вакцинации против вируса папилломы человека (ВПЧ) [7]. 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Согласно статистическим данным, представленным в недавних публикациях, рак шейки матки является причиной значительного числа случаев </w:t>
      </w:r>
      <w:r w:rsidRPr="0055110D">
        <w:rPr>
          <w:lang w:val="ru-RU"/>
        </w:rPr>
        <w:t xml:space="preserve">смерти среди женщин, что подчеркивает важность внедрения эффективных профилактических мер. В частности, исследования показывают, что регулярные </w:t>
      </w:r>
      <w:proofErr w:type="spellStart"/>
      <w:r w:rsidRPr="0055110D">
        <w:rPr>
          <w:lang w:val="ru-RU"/>
        </w:rPr>
        <w:t>скрининговые</w:t>
      </w:r>
      <w:proofErr w:type="spellEnd"/>
      <w:r w:rsidRPr="0055110D">
        <w:rPr>
          <w:lang w:val="ru-RU"/>
        </w:rPr>
        <w:t xml:space="preserve"> программы и вакцинация против ВПЧ могут значительно снизить риск развития заболевания [8]. </w:t>
      </w:r>
      <w:proofErr w:type="gramStart"/>
      <w:r w:rsidRPr="0055110D">
        <w:rPr>
          <w:lang w:val="ru-RU"/>
        </w:rPr>
        <w:t>Однако</w:t>
      </w:r>
      <w:proofErr w:type="gramEnd"/>
      <w:r w:rsidRPr="0055110D">
        <w:rPr>
          <w:lang w:val="ru-RU"/>
        </w:rPr>
        <w:t xml:space="preserve"> н</w:t>
      </w:r>
      <w:r w:rsidRPr="0055110D">
        <w:rPr>
          <w:lang w:val="ru-RU"/>
        </w:rPr>
        <w:t xml:space="preserve">есмотря на прогресс в области диагностики и лечения, многие женщины по-прежнему не имеют доступа к необходимым медицинским услугам, что приводит к поздним стадиям заболевания и ухудшению прогноза. 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Таким образом, для снижения заболеваемости и смертности от</w:t>
      </w:r>
      <w:r w:rsidRPr="0055110D">
        <w:rPr>
          <w:lang w:val="ru-RU"/>
        </w:rPr>
        <w:t xml:space="preserve"> рака шейки матки необходимо активное внедрение программ по повышению осведомленности о заболевании, доступности скрининга и вакцинации, а также улучшение общей медицинской инфраструктуры в регионах с высоким уровнем заболеваемости.</w:t>
      </w:r>
    </w:p>
    <w:p w:rsidR="009528D6" w:rsidRPr="0055110D" w:rsidRDefault="0072403E">
      <w:pPr>
        <w:pStyle w:val="T2"/>
        <w:rPr>
          <w:lang w:val="ru-RU"/>
        </w:rPr>
      </w:pPr>
      <w:r w:rsidRPr="0055110D">
        <w:rPr>
          <w:lang w:val="ru-RU"/>
        </w:rPr>
        <w:lastRenderedPageBreak/>
        <w:t>2.2 Уровень информирова</w:t>
      </w:r>
      <w:r w:rsidRPr="0055110D">
        <w:rPr>
          <w:lang w:val="ru-RU"/>
        </w:rPr>
        <w:t>нности населения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Уровень информированности населения о раке шейки матки является критически важным аспектом в контексте профилактики данного заболевания. Исследования показывают, что недостаток знаний о факторах риска, симптомах и методах профилактики знач</w:t>
      </w:r>
      <w:r w:rsidRPr="0055110D">
        <w:rPr>
          <w:lang w:val="ru-RU"/>
        </w:rPr>
        <w:t>ительно снижает эффективность программ по борьбе с раком шейки матки. Важность информационных кампаний не может быть переоценена, так как они способствуют формированию у населения правильного понимания заболевания и его последствий. Коваленко отмечает, что</w:t>
      </w:r>
      <w:r w:rsidRPr="0055110D">
        <w:rPr>
          <w:lang w:val="ru-RU"/>
        </w:rPr>
        <w:t xml:space="preserve"> целенаправленные информационные кампании могут значительно повысить уровень осведомленности и, как следствие, способствовать раннему выявлению заболевания, что в свою очередь увеличивает шансы на успешное лечение [9].</w:t>
      </w:r>
    </w:p>
    <w:p w:rsidR="009528D6" w:rsidRPr="0055110D" w:rsidRDefault="0072403E">
      <w:pPr>
        <w:pStyle w:val="T2"/>
        <w:rPr>
          <w:lang w:val="ru-RU"/>
        </w:rPr>
      </w:pPr>
      <w:r w:rsidRPr="0055110D">
        <w:rPr>
          <w:lang w:val="ru-RU"/>
        </w:rPr>
        <w:t>2.3 Методы вакцинации и скрининга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Важ</w:t>
      </w:r>
      <w:r w:rsidRPr="0055110D">
        <w:rPr>
          <w:lang w:val="ru-RU"/>
        </w:rPr>
        <w:t>ным аспектом профилактики рака шейки матки являются методы вакцинации и скрининга, которые направлены на снижение заболеваемости и смертности от этого заболевания. Вакцинация против вируса папилломы человека (ВПЧ) представляет собой один из наиболее эффект</w:t>
      </w:r>
      <w:r w:rsidRPr="0055110D">
        <w:rPr>
          <w:lang w:val="ru-RU"/>
        </w:rPr>
        <w:t xml:space="preserve">ивных способов предотвращения развития </w:t>
      </w:r>
      <w:proofErr w:type="spellStart"/>
      <w:r w:rsidRPr="0055110D">
        <w:rPr>
          <w:lang w:val="ru-RU"/>
        </w:rPr>
        <w:t>предраковых</w:t>
      </w:r>
      <w:proofErr w:type="spellEnd"/>
      <w:r w:rsidRPr="0055110D">
        <w:rPr>
          <w:lang w:val="ru-RU"/>
        </w:rPr>
        <w:t xml:space="preserve"> состояний и рака шейки матки. Исследования показывают, что вакцинация значительно снижает риск инфицирования </w:t>
      </w:r>
      <w:proofErr w:type="spellStart"/>
      <w:r w:rsidRPr="0055110D">
        <w:rPr>
          <w:lang w:val="ru-RU"/>
        </w:rPr>
        <w:t>высокоонкогенными</w:t>
      </w:r>
      <w:proofErr w:type="spellEnd"/>
      <w:r w:rsidRPr="0055110D">
        <w:rPr>
          <w:lang w:val="ru-RU"/>
        </w:rPr>
        <w:t xml:space="preserve"> типами ВПЧ, что, в свою очередь, уменьшает вероятность возникновения рака [12]</w:t>
      </w:r>
      <w:r w:rsidRPr="0055110D">
        <w:rPr>
          <w:lang w:val="ru-RU"/>
        </w:rPr>
        <w:t>. Вакцины, доступные на современном рынке, продемонстрировали высокую эффективность и безопасность, что делает их важным инструментом в программе профилактики рака шейки матки.</w:t>
      </w:r>
    </w:p>
    <w:p w:rsidR="009528D6" w:rsidRPr="0055110D" w:rsidRDefault="0072403E">
      <w:pPr>
        <w:rPr>
          <w:lang w:val="ru-RU"/>
        </w:rPr>
      </w:pPr>
      <w:r w:rsidRPr="0055110D">
        <w:rPr>
          <w:lang w:val="ru-RU"/>
        </w:rPr>
        <w:br w:type="page"/>
      </w:r>
    </w:p>
    <w:p w:rsidR="009528D6" w:rsidRPr="0055110D" w:rsidRDefault="0072403E">
      <w:pPr>
        <w:pStyle w:val="T1"/>
        <w:rPr>
          <w:lang w:val="ru-RU"/>
        </w:rPr>
      </w:pPr>
      <w:r w:rsidRPr="0055110D">
        <w:rPr>
          <w:lang w:val="ru-RU"/>
        </w:rPr>
        <w:lastRenderedPageBreak/>
        <w:t>3. Предложения по улучшению профилактики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Профилактика рака шейки матки </w:t>
      </w:r>
      <w:r w:rsidRPr="0055110D">
        <w:rPr>
          <w:lang w:val="ru-RU"/>
        </w:rPr>
        <w:t>является важным аспектом здравоохранения, так как этот вид рака занимает одно из ведущих мест среди онкологических заболеваний у женщин. Для повышения эффективности профилактических мероприятий необходимо рассмотреть несколько ключевых предложений.</w:t>
      </w:r>
    </w:p>
    <w:p w:rsidR="009528D6" w:rsidRPr="0055110D" w:rsidRDefault="0072403E">
      <w:pPr>
        <w:pStyle w:val="T2"/>
        <w:rPr>
          <w:lang w:val="ru-RU"/>
        </w:rPr>
      </w:pPr>
      <w:r w:rsidRPr="0055110D">
        <w:rPr>
          <w:lang w:val="ru-RU"/>
        </w:rPr>
        <w:t>3.1 Орг</w:t>
      </w:r>
      <w:r w:rsidRPr="0055110D">
        <w:rPr>
          <w:lang w:val="ru-RU"/>
        </w:rPr>
        <w:t>анизация экспериментов по оценке эффективности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Эффективность профилактических мероприятий в области здравоохранения можно оценить через тщательно спланированные эксперименты, которые направлены на выявление реального воздействия различных </w:t>
      </w:r>
      <w:proofErr w:type="gramStart"/>
      <w:r w:rsidRPr="0055110D">
        <w:rPr>
          <w:lang w:val="ru-RU"/>
        </w:rPr>
        <w:t>программ</w:t>
      </w:r>
      <w:proofErr w:type="gramEnd"/>
      <w:r w:rsidRPr="0055110D">
        <w:rPr>
          <w:lang w:val="ru-RU"/>
        </w:rPr>
        <w:t xml:space="preserve"> на здоро</w:t>
      </w:r>
      <w:r w:rsidRPr="0055110D">
        <w:rPr>
          <w:lang w:val="ru-RU"/>
        </w:rPr>
        <w:t>вье населения. Важно, чтобы такие эксперименты были организованы с учетом методических рекомендаций, что позволит получить достоверные и обоснованные результаты. Одним из ключевых аспектов организации экспериментов является выбор подходящей выборки участни</w:t>
      </w:r>
      <w:r w:rsidRPr="0055110D">
        <w:rPr>
          <w:lang w:val="ru-RU"/>
        </w:rPr>
        <w:t>ков, что поможет избежать искажений в данных и обеспечит репрезентативность результатов.</w:t>
      </w:r>
    </w:p>
    <w:p w:rsidR="009528D6" w:rsidRPr="0055110D" w:rsidRDefault="0072403E">
      <w:pPr>
        <w:pStyle w:val="T2"/>
        <w:rPr>
          <w:lang w:val="ru-RU"/>
        </w:rPr>
      </w:pPr>
      <w:r w:rsidRPr="0055110D">
        <w:rPr>
          <w:lang w:val="ru-RU"/>
        </w:rPr>
        <w:t>3.2 Разработка алгоритма реализации профилактических мероприятий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Разработка алгоритма реализации профилактических мероприятий включает в себя несколько ключевых </w:t>
      </w:r>
      <w:r w:rsidRPr="0055110D">
        <w:rPr>
          <w:lang w:val="ru-RU"/>
        </w:rPr>
        <w:t>этапов, направленных на систематизацию и оптимизацию процессов, связанных с профилактикой рака шейки матки. В первую очередь, необходимо провести анализ существующих подходов и методов, используемых в данной области. Это позволит выявить наиболее эффективн</w:t>
      </w:r>
      <w:r w:rsidRPr="0055110D">
        <w:rPr>
          <w:lang w:val="ru-RU"/>
        </w:rPr>
        <w:t>ые стратегии и адаптировать их к современным условиям. Важным аспектом является создание образовательных инициатив, которые помогут повысить осведомленность населения о рисках и методах профилактики. В этом контексте стоит обратить внимание на исследования</w:t>
      </w:r>
      <w:r w:rsidRPr="0055110D">
        <w:rPr>
          <w:lang w:val="ru-RU"/>
        </w:rPr>
        <w:t>, проведенные Кузьминой Е.В., которые подчеркивают важность образовательных программ для снижения заболеваемости [16].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Следующий шаг в разработке алгоритма – это определение целевых групп, которые нуждаются в профилактических мероприятиях. Это могут быть к</w:t>
      </w:r>
      <w:r w:rsidRPr="0055110D">
        <w:rPr>
          <w:lang w:val="ru-RU"/>
        </w:rPr>
        <w:t>ак молодые женщины, так и более зрелые, в зависимости от факторов риска и уровня заболеваемости в регионе. Для каждой группы следует разработать индивидуализированные рекомендации, которые будут учитывать возрастные и медицинские особенности. Также важно в</w:t>
      </w:r>
      <w:r w:rsidRPr="0055110D">
        <w:rPr>
          <w:lang w:val="ru-RU"/>
        </w:rPr>
        <w:t xml:space="preserve">недрить регулярные </w:t>
      </w:r>
      <w:proofErr w:type="spellStart"/>
      <w:r w:rsidRPr="0055110D">
        <w:rPr>
          <w:lang w:val="ru-RU"/>
        </w:rPr>
        <w:t>скрининговые</w:t>
      </w:r>
      <w:proofErr w:type="spellEnd"/>
      <w:r w:rsidRPr="0055110D">
        <w:rPr>
          <w:lang w:val="ru-RU"/>
        </w:rPr>
        <w:t xml:space="preserve"> программы, которые позволят выявлять </w:t>
      </w:r>
      <w:proofErr w:type="spellStart"/>
      <w:r w:rsidRPr="0055110D">
        <w:rPr>
          <w:lang w:val="ru-RU"/>
        </w:rPr>
        <w:t>предраковые</w:t>
      </w:r>
      <w:proofErr w:type="spellEnd"/>
      <w:r w:rsidRPr="0055110D">
        <w:rPr>
          <w:lang w:val="ru-RU"/>
        </w:rPr>
        <w:t xml:space="preserve"> состояния на ранних стадиях. Сидоренко А.Н. в своей работе акцентирует внимание на том, что </w:t>
      </w:r>
      <w:r w:rsidRPr="0055110D">
        <w:rPr>
          <w:lang w:val="ru-RU"/>
        </w:rPr>
        <w:lastRenderedPageBreak/>
        <w:t>алгоритмы профилактики должны быть адаптированы к специфике региона и его медицинск</w:t>
      </w:r>
      <w:r w:rsidRPr="0055110D">
        <w:rPr>
          <w:lang w:val="ru-RU"/>
        </w:rPr>
        <w:t>им возможностям [15].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Кроме того, необходимо наладить взаимодействие между различными медицинскими учреждениями и организациями, чтобы обеспечить комплексный подход к профилактике. Это включает в себя как государственные, так и частные структуры, которые м</w:t>
      </w:r>
      <w:r w:rsidRPr="0055110D">
        <w:rPr>
          <w:lang w:val="ru-RU"/>
        </w:rPr>
        <w:t>огут совместно разрабатывать и реализовывать профилактические программы.</w:t>
      </w:r>
    </w:p>
    <w:p w:rsidR="009528D6" w:rsidRPr="0055110D" w:rsidRDefault="0072403E">
      <w:pPr>
        <w:pStyle w:val="T2"/>
        <w:rPr>
          <w:lang w:val="ru-RU"/>
        </w:rPr>
      </w:pPr>
      <w:r w:rsidRPr="0055110D">
        <w:rPr>
          <w:lang w:val="ru-RU"/>
        </w:rPr>
        <w:t>3.3 Оценка влияния профилактических мероприятий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Оценка влияния профилактических мероприятий является ключевым аспектом в разработке эффективных стратегий по снижению заболеваемости ра</w:t>
      </w:r>
      <w:r w:rsidRPr="0055110D">
        <w:rPr>
          <w:lang w:val="ru-RU"/>
        </w:rPr>
        <w:t>ком шейки матки. В последние годы проведено множество исследований, которые подтверждают значимость ранней диагностики и регулярного скрининга для уменьшения числа случаев заболевания. Например, в работе Лебедева А.В. подчеркивается, что систематическое пр</w:t>
      </w:r>
      <w:r w:rsidRPr="0055110D">
        <w:rPr>
          <w:lang w:val="ru-RU"/>
        </w:rPr>
        <w:t xml:space="preserve">оведение профилактических мероприятий позволяет значительно снизить уровень заболеваемости, что является важным фактором для общественного здоровья [17]. 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Анализ эффективности </w:t>
      </w:r>
      <w:proofErr w:type="spellStart"/>
      <w:r w:rsidRPr="0055110D">
        <w:rPr>
          <w:lang w:val="ru-RU"/>
        </w:rPr>
        <w:t>скрининговых</w:t>
      </w:r>
      <w:proofErr w:type="spellEnd"/>
      <w:r w:rsidRPr="0055110D">
        <w:rPr>
          <w:lang w:val="ru-RU"/>
        </w:rPr>
        <w:t xml:space="preserve"> программ, проведенный Фроловой Т.И., показывает, что внедрение совр</w:t>
      </w:r>
      <w:r w:rsidRPr="0055110D">
        <w:rPr>
          <w:lang w:val="ru-RU"/>
        </w:rPr>
        <w:t xml:space="preserve">еменных технологий диагностики и активное участие женщин в программах скрининга способствуют выявлению </w:t>
      </w:r>
      <w:proofErr w:type="spellStart"/>
      <w:r w:rsidRPr="0055110D">
        <w:rPr>
          <w:lang w:val="ru-RU"/>
        </w:rPr>
        <w:t>предраковых</w:t>
      </w:r>
      <w:proofErr w:type="spellEnd"/>
      <w:r w:rsidRPr="0055110D">
        <w:rPr>
          <w:lang w:val="ru-RU"/>
        </w:rPr>
        <w:t xml:space="preserve"> состояний на ранних стадиях, что в свою очередь позволяет начать лечение на более раннем этапе и значительно повысить шансы на выздоровление </w:t>
      </w:r>
      <w:r w:rsidRPr="0055110D">
        <w:rPr>
          <w:lang w:val="ru-RU"/>
        </w:rPr>
        <w:t xml:space="preserve">[18]. 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Таким образом, результаты этих исследований подчеркивают необходимость интеграции профилактических мероприятий в систему здравоохранения, а также важность повышения осведомленности населения о значении регулярных обследований. Эффективные программы </w:t>
      </w:r>
      <w:r w:rsidRPr="0055110D">
        <w:rPr>
          <w:lang w:val="ru-RU"/>
        </w:rPr>
        <w:t>профилактики должны включать не только скрининг, но и образовательные инициативы, направленные на информирование женщин о рисках и симптомах рака шейки матки, что может способствовать более раннему обращению за медицинской помощью.</w:t>
      </w:r>
    </w:p>
    <w:p w:rsidR="009528D6" w:rsidRPr="0055110D" w:rsidRDefault="0072403E">
      <w:pPr>
        <w:rPr>
          <w:lang w:val="ru-RU"/>
        </w:rPr>
      </w:pPr>
      <w:r w:rsidRPr="0055110D">
        <w:rPr>
          <w:lang w:val="ru-RU"/>
        </w:rPr>
        <w:br w:type="page"/>
      </w:r>
    </w:p>
    <w:p w:rsidR="009528D6" w:rsidRPr="0055110D" w:rsidRDefault="0072403E">
      <w:pPr>
        <w:pStyle w:val="T1"/>
        <w:jc w:val="center"/>
        <w:rPr>
          <w:lang w:val="ru-RU"/>
        </w:rPr>
      </w:pPr>
      <w:r w:rsidRPr="0055110D">
        <w:rPr>
          <w:lang w:val="ru-RU"/>
        </w:rPr>
        <w:lastRenderedPageBreak/>
        <w:t>ЗАКЛЮЧЕНИЕ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В данной ра</w:t>
      </w:r>
      <w:r w:rsidRPr="0055110D">
        <w:rPr>
          <w:lang w:val="ru-RU"/>
        </w:rPr>
        <w:t xml:space="preserve">боте была проведена комплексная исследовательская работа, направленная на выявление ключевых аспектов профилактики рака шейки матки. Основное внимание было уделено таким важным элементам, как вакцинация против вируса папилломы человека (ВПЧ), регулярные </w:t>
      </w:r>
      <w:proofErr w:type="spellStart"/>
      <w:r w:rsidRPr="0055110D">
        <w:rPr>
          <w:lang w:val="ru-RU"/>
        </w:rPr>
        <w:t>ск</w:t>
      </w:r>
      <w:r w:rsidRPr="0055110D">
        <w:rPr>
          <w:lang w:val="ru-RU"/>
        </w:rPr>
        <w:t>рининговые</w:t>
      </w:r>
      <w:proofErr w:type="spellEnd"/>
      <w:r w:rsidRPr="0055110D">
        <w:rPr>
          <w:lang w:val="ru-RU"/>
        </w:rPr>
        <w:t xml:space="preserve"> обследования и информирование населения о факторах </w:t>
      </w:r>
      <w:proofErr w:type="spellStart"/>
      <w:r w:rsidRPr="0055110D">
        <w:rPr>
          <w:lang w:val="ru-RU"/>
        </w:rPr>
        <w:t>риска</w:t>
      </w:r>
      <w:proofErr w:type="gramStart"/>
      <w:r w:rsidRPr="0055110D">
        <w:rPr>
          <w:lang w:val="ru-RU"/>
        </w:rPr>
        <w:t>.В</w:t>
      </w:r>
      <w:proofErr w:type="spellEnd"/>
      <w:proofErr w:type="gramEnd"/>
      <w:r w:rsidRPr="0055110D">
        <w:rPr>
          <w:lang w:val="ru-RU"/>
        </w:rPr>
        <w:t xml:space="preserve"> ходе выполнения работы были достигнуты поставленные цели и задачи, что позволило глубже понять проблему профилактики рака шейки матки. 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Во-первых, исследование показало, что вакцинация п</w:t>
      </w:r>
      <w:r w:rsidRPr="0055110D">
        <w:rPr>
          <w:lang w:val="ru-RU"/>
        </w:rPr>
        <w:t xml:space="preserve">ротив ВПЧ является одним из наиболее эффективных методов предотвращения заболевания. Проведенный анализ существующих программ вакцинации подтвердил необходимость их раннего внедрения, особенно среди подростков. 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 xml:space="preserve">Во-вторых, регулярные </w:t>
      </w:r>
      <w:proofErr w:type="spellStart"/>
      <w:r w:rsidRPr="0055110D">
        <w:rPr>
          <w:lang w:val="ru-RU"/>
        </w:rPr>
        <w:t>скрининговые</w:t>
      </w:r>
      <w:proofErr w:type="spellEnd"/>
      <w:r w:rsidRPr="0055110D">
        <w:rPr>
          <w:lang w:val="ru-RU"/>
        </w:rPr>
        <w:t xml:space="preserve"> обследова</w:t>
      </w:r>
      <w:r w:rsidRPr="0055110D">
        <w:rPr>
          <w:lang w:val="ru-RU"/>
        </w:rPr>
        <w:t xml:space="preserve">ния продемонстрировали свою значимость в раннем выявлении </w:t>
      </w:r>
      <w:proofErr w:type="spellStart"/>
      <w:r w:rsidRPr="0055110D">
        <w:rPr>
          <w:lang w:val="ru-RU"/>
        </w:rPr>
        <w:t>предраковых</w:t>
      </w:r>
      <w:proofErr w:type="spellEnd"/>
      <w:r w:rsidRPr="0055110D">
        <w:rPr>
          <w:lang w:val="ru-RU"/>
        </w:rPr>
        <w:t xml:space="preserve"> изменений, что способствует снижению заболеваемости. Оценка уровня информированности населения показала, что существует необходимость в более активной просветительской работе для повышен</w:t>
      </w:r>
      <w:r w:rsidRPr="0055110D">
        <w:rPr>
          <w:lang w:val="ru-RU"/>
        </w:rPr>
        <w:t>ия осведомленности о факторах риска и методах защиты.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В-третьих, разработанные предложения по организации экспериментов и алгоритмам реализации профилактических мероприятий могут стать основой для дальнейших исследований и практического применения. Эти мер</w:t>
      </w:r>
      <w:r w:rsidRPr="0055110D">
        <w:rPr>
          <w:lang w:val="ru-RU"/>
        </w:rPr>
        <w:t>ы помогут не только улучшить доступность вакцинации и скрининга, но и повысить общий уровень осведомленности населения.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Таким образом, достигнутая цель исследования подтверждает важность комплексного подхода к профилактике рака шейки матки. Результаты рабо</w:t>
      </w:r>
      <w:r w:rsidRPr="0055110D">
        <w:rPr>
          <w:lang w:val="ru-RU"/>
        </w:rPr>
        <w:t xml:space="preserve">ты имеют практическое значение для медицинских учреждений и организаций, занимающихся вопросами общественного здоровья. </w:t>
      </w:r>
    </w:p>
    <w:p w:rsidR="009528D6" w:rsidRPr="0055110D" w:rsidRDefault="0072403E">
      <w:pPr>
        <w:pStyle w:val="Normal2"/>
        <w:rPr>
          <w:lang w:val="ru-RU"/>
        </w:rPr>
      </w:pPr>
      <w:r w:rsidRPr="0055110D">
        <w:rPr>
          <w:lang w:val="ru-RU"/>
        </w:rPr>
        <w:t>В заключение, рекомендуется продолжить изучение эффективности внедренных программ, а также рассмотреть возможность расширения образоват</w:t>
      </w:r>
      <w:r w:rsidRPr="0055110D">
        <w:rPr>
          <w:lang w:val="ru-RU"/>
        </w:rPr>
        <w:t xml:space="preserve">ельных инициатив, направленных на информирование населения о профилактике рака шейки матки, что в свою очередь может способствовать снижению заболеваемости и улучшению здоровья </w:t>
      </w:r>
      <w:proofErr w:type="spellStart"/>
      <w:r w:rsidRPr="0055110D">
        <w:rPr>
          <w:lang w:val="ru-RU"/>
        </w:rPr>
        <w:t>женщин</w:t>
      </w:r>
      <w:proofErr w:type="gramStart"/>
      <w:r w:rsidRPr="0055110D">
        <w:rPr>
          <w:lang w:val="ru-RU"/>
        </w:rPr>
        <w:t>.В</w:t>
      </w:r>
      <w:proofErr w:type="spellEnd"/>
      <w:proofErr w:type="gramEnd"/>
      <w:r w:rsidRPr="0055110D">
        <w:rPr>
          <w:lang w:val="ru-RU"/>
        </w:rPr>
        <w:t xml:space="preserve"> ходе выполнения работы были достигнуты поставленные цели и задачи, что</w:t>
      </w:r>
      <w:r w:rsidRPr="0055110D">
        <w:rPr>
          <w:lang w:val="ru-RU"/>
        </w:rPr>
        <w:t xml:space="preserve"> позволило глубже понять проблему профилактики рака шейки матки.</w:t>
      </w:r>
    </w:p>
    <w:p w:rsidR="009528D6" w:rsidRPr="0055110D" w:rsidRDefault="0072403E">
      <w:pPr>
        <w:rPr>
          <w:lang w:val="ru-RU"/>
        </w:rPr>
      </w:pPr>
      <w:r w:rsidRPr="0055110D">
        <w:rPr>
          <w:lang w:val="ru-RU"/>
        </w:rPr>
        <w:br w:type="page"/>
      </w:r>
    </w:p>
    <w:p w:rsidR="009528D6" w:rsidRPr="0055110D" w:rsidRDefault="0072403E">
      <w:pPr>
        <w:pStyle w:val="T1"/>
        <w:jc w:val="center"/>
        <w:rPr>
          <w:lang w:val="ru-RU"/>
        </w:rPr>
      </w:pPr>
      <w:r w:rsidRPr="0055110D">
        <w:rPr>
          <w:lang w:val="ru-RU"/>
        </w:rPr>
        <w:lastRenderedPageBreak/>
        <w:t>СПИСОК ЛИТЕРАТУРЫ</w:t>
      </w:r>
    </w:p>
    <w:p w:rsidR="009528D6" w:rsidRPr="0055110D" w:rsidRDefault="0072403E">
      <w:pPr>
        <w:pStyle w:val="Normal2"/>
        <w:spacing w:after="120"/>
        <w:ind w:left="709" w:firstLine="0"/>
        <w:rPr>
          <w:lang w:val="ru-RU"/>
        </w:rPr>
      </w:pPr>
      <w:r w:rsidRPr="0055110D">
        <w:rPr>
          <w:lang w:val="ru-RU"/>
        </w:rPr>
        <w:t>1. Кузнецова Н.Е. Вакцинация против вируса папилломы человека как метод профилактики рака шейки матки // Актуальные проблемы онкологии. 2022. № 3. С. 45-50.</w:t>
      </w:r>
    </w:p>
    <w:p w:rsidR="0055110D" w:rsidRDefault="0072403E">
      <w:pPr>
        <w:pStyle w:val="Normal2"/>
        <w:spacing w:after="120"/>
        <w:ind w:left="709" w:firstLine="0"/>
        <w:rPr>
          <w:lang w:val="ru-RU"/>
        </w:rPr>
      </w:pPr>
      <w:r w:rsidRPr="0055110D">
        <w:rPr>
          <w:lang w:val="ru-RU"/>
        </w:rPr>
        <w:t>2. Михайлова А</w:t>
      </w:r>
      <w:r w:rsidRPr="0055110D">
        <w:rPr>
          <w:lang w:val="ru-RU"/>
        </w:rPr>
        <w:t xml:space="preserve">.В. Профилактика рака шейки матки: роль вакцинации против ВПЧ [Электронный ресурс] // Научный журнал "Здоровье и образование в </w:t>
      </w:r>
      <w:r>
        <w:t>XXI</w:t>
      </w:r>
      <w:r w:rsidRPr="0055110D">
        <w:rPr>
          <w:lang w:val="ru-RU"/>
        </w:rPr>
        <w:t xml:space="preserve"> веке": сведения, относящиеся к заглавию / Михайлова А.В. </w:t>
      </w:r>
    </w:p>
    <w:p w:rsidR="009528D6" w:rsidRPr="0055110D" w:rsidRDefault="0072403E">
      <w:pPr>
        <w:pStyle w:val="Normal2"/>
        <w:spacing w:after="120"/>
        <w:ind w:left="709" w:firstLine="0"/>
        <w:rPr>
          <w:lang w:val="ru-RU"/>
        </w:rPr>
      </w:pPr>
      <w:r w:rsidRPr="0055110D">
        <w:rPr>
          <w:lang w:val="ru-RU"/>
        </w:rPr>
        <w:t>3. Григорьев А.В. Скрининг рака шейки матки: современные подходы и рекомендации // Российский журнал онкологии. 2023. Т. 28. № 2. С. 112-118.</w:t>
      </w:r>
    </w:p>
    <w:p w:rsidR="009528D6" w:rsidRPr="0055110D" w:rsidRDefault="0072403E">
      <w:pPr>
        <w:pStyle w:val="Normal2"/>
        <w:spacing w:after="120"/>
        <w:ind w:left="709" w:firstLine="0"/>
        <w:rPr>
          <w:lang w:val="ru-RU"/>
        </w:rPr>
      </w:pPr>
      <w:r w:rsidRPr="0055110D">
        <w:rPr>
          <w:lang w:val="ru-RU"/>
        </w:rPr>
        <w:t>4. Министерство здравоохранения Российской Федерации. Методические рекомендации по организации с</w:t>
      </w:r>
      <w:r w:rsidRPr="0055110D">
        <w:rPr>
          <w:lang w:val="ru-RU"/>
        </w:rPr>
        <w:t xml:space="preserve">крининга рака шейки матки [Электронный ресурс] // Официальный сайт Министерства здравоохранения РФ. </w:t>
      </w:r>
    </w:p>
    <w:p w:rsidR="009528D6" w:rsidRPr="0055110D" w:rsidRDefault="0072403E">
      <w:pPr>
        <w:pStyle w:val="Normal2"/>
        <w:spacing w:after="120"/>
        <w:ind w:left="709" w:firstLine="0"/>
        <w:rPr>
          <w:lang w:val="ru-RU"/>
        </w:rPr>
      </w:pPr>
      <w:r w:rsidRPr="0055110D">
        <w:rPr>
          <w:lang w:val="ru-RU"/>
        </w:rPr>
        <w:t>5. Петрова И.С. Информирование о факторах риска рака шейки матки: роль образо</w:t>
      </w:r>
      <w:r w:rsidRPr="0055110D">
        <w:rPr>
          <w:lang w:val="ru-RU"/>
        </w:rPr>
        <w:t>вательных программ // Вестник медицинских и социальных исследований. 2023. Т. 15. № 1. С. 34-40.</w:t>
      </w:r>
    </w:p>
    <w:p w:rsidR="009528D6" w:rsidRPr="0055110D" w:rsidRDefault="0072403E">
      <w:pPr>
        <w:pStyle w:val="Normal2"/>
        <w:spacing w:after="120"/>
        <w:ind w:left="709" w:firstLine="0"/>
        <w:rPr>
          <w:lang w:val="ru-RU"/>
        </w:rPr>
      </w:pPr>
      <w:r w:rsidRPr="0055110D">
        <w:rPr>
          <w:lang w:val="ru-RU"/>
        </w:rPr>
        <w:t>6. Сидорова Т.А. Профилактика рака шейки матки: значение информирования населения [Электронный ресурс] // Журнал профилактической медицины: сведения, относящие</w:t>
      </w:r>
      <w:r w:rsidRPr="0055110D">
        <w:rPr>
          <w:lang w:val="ru-RU"/>
        </w:rPr>
        <w:t xml:space="preserve">ся к заглавию / Сидорова Т.А. </w:t>
      </w:r>
    </w:p>
    <w:sectPr w:rsidR="009528D6" w:rsidRPr="0055110D" w:rsidSect="00034616">
      <w:footerReference w:type="default" r:id="rId8"/>
      <w:footerReference w:type="first" r:id="rId9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03E" w:rsidRDefault="0072403E" w:rsidP="009528D6">
      <w:pPr>
        <w:spacing w:after="0" w:line="240" w:lineRule="auto"/>
      </w:pPr>
      <w:r>
        <w:separator/>
      </w:r>
    </w:p>
  </w:endnote>
  <w:endnote w:type="continuationSeparator" w:id="0">
    <w:p w:rsidR="0072403E" w:rsidRDefault="0072403E" w:rsidP="00952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D6" w:rsidRDefault="009528D6">
    <w:pPr>
      <w:pStyle w:val="a5"/>
      <w:jc w:val="center"/>
    </w:pPr>
    <w:r>
      <w:fldChar w:fldCharType="begin"/>
    </w:r>
    <w:r w:rsidR="0072403E">
      <w:instrText>PAGE</w:instrText>
    </w:r>
    <w:r w:rsidR="0055110D">
      <w:fldChar w:fldCharType="separate"/>
    </w:r>
    <w:r w:rsidR="0055110D">
      <w:rPr>
        <w:noProof/>
      </w:rPr>
      <w:t>12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D6" w:rsidRDefault="0055110D">
    <w:pPr>
      <w:pStyle w:val="a5"/>
      <w:jc w:val="center"/>
    </w:pPr>
    <w:r>
      <w:rPr>
        <w:lang w:val="ru-RU"/>
      </w:rPr>
      <w:t>Город Елец</w:t>
    </w:r>
    <w:r w:rsidR="0072403E">
      <w:t>, 2026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03E" w:rsidRDefault="0072403E" w:rsidP="009528D6">
      <w:pPr>
        <w:spacing w:after="0" w:line="240" w:lineRule="auto"/>
      </w:pPr>
      <w:r>
        <w:separator/>
      </w:r>
    </w:p>
  </w:footnote>
  <w:footnote w:type="continuationSeparator" w:id="0">
    <w:p w:rsidR="0072403E" w:rsidRDefault="0072403E" w:rsidP="00952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380249"/>
    <w:rsid w:val="0055110D"/>
    <w:rsid w:val="0072403E"/>
    <w:rsid w:val="009528D6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"/>
    <w:next w:val="a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"/>
    <w:next w:val="a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18BF"/>
  </w:style>
  <w:style w:type="paragraph" w:styleId="a5">
    <w:name w:val="footer"/>
    <w:basedOn w:val="a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0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"/>
    <w:next w:val="a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FC693F"/>
    <w:pPr>
      <w:ind w:left="720"/>
      <w:contextualSpacing/>
    </w:pPr>
  </w:style>
  <w:style w:type="paragraph" w:styleId="ad">
    <w:name w:val="Body Text"/>
    <w:basedOn w:val="a"/>
    <w:link w:val="ae"/>
    <w:uiPriority w:val="99"/>
    <w:unhideWhenUsed/>
    <w:rsid w:val="00AA1D8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AA1D8D"/>
  </w:style>
  <w:style w:type="paragraph" w:styleId="23">
    <w:name w:val="Body Text 2"/>
    <w:basedOn w:val="a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AA1D8D"/>
  </w:style>
  <w:style w:type="paragraph" w:styleId="33">
    <w:name w:val="Body Text 3"/>
    <w:basedOn w:val="a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AA1D8D"/>
    <w:rPr>
      <w:sz w:val="16"/>
      <w:szCs w:val="16"/>
    </w:rPr>
  </w:style>
  <w:style w:type="paragraph" w:styleId="af">
    <w:name w:val="List"/>
    <w:basedOn w:val="a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"/>
    <w:uiPriority w:val="99"/>
    <w:unhideWhenUsed/>
    <w:rsid w:val="00326F90"/>
    <w:pPr>
      <w:ind w:left="1080" w:hanging="360"/>
      <w:contextualSpacing/>
    </w:pPr>
  </w:style>
  <w:style w:type="paragraph" w:styleId="af0">
    <w:name w:val="List Bullet"/>
    <w:basedOn w:val="a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20">
    <w:name w:val="List Bullet 2"/>
    <w:basedOn w:val="a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"/>
    <w:uiPriority w:val="99"/>
    <w:unhideWhenUsed/>
    <w:rsid w:val="00326F90"/>
    <w:pPr>
      <w:numPr>
        <w:numId w:val="3"/>
      </w:numPr>
      <w:contextualSpacing/>
    </w:pPr>
  </w:style>
  <w:style w:type="paragraph" w:styleId="af1">
    <w:name w:val="List Number"/>
    <w:basedOn w:val="a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2">
    <w:name w:val="List Number 2"/>
    <w:basedOn w:val="a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0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"/>
    <w:next w:val="a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0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0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"/>
    <w:next w:val="a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0"/>
    <w:uiPriority w:val="22"/>
    <w:qFormat/>
    <w:rsid w:val="00FC693F"/>
    <w:rPr>
      <w:b/>
      <w:bCs/>
    </w:rPr>
  </w:style>
  <w:style w:type="character" w:styleId="af7">
    <w:name w:val="Emphasis"/>
    <w:basedOn w:val="a0"/>
    <w:uiPriority w:val="20"/>
    <w:qFormat/>
    <w:rsid w:val="00FC693F"/>
    <w:rPr>
      <w:i/>
      <w:iCs/>
    </w:rPr>
  </w:style>
  <w:style w:type="paragraph" w:styleId="af8">
    <w:name w:val="Intense Quote"/>
    <w:basedOn w:val="a"/>
    <w:next w:val="a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0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0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0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0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0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0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1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1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1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a"/>
    <w:rsid w:val="009528D6"/>
    <w:pPr>
      <w:spacing w:after="0" w:line="240" w:lineRule="auto"/>
    </w:pPr>
    <w:rPr>
      <w:sz w:val="28"/>
    </w:rPr>
  </w:style>
  <w:style w:type="paragraph" w:customStyle="1" w:styleId="CONTENT">
    <w:name w:val="CONTENT"/>
    <w:rsid w:val="009528D6"/>
    <w:pPr>
      <w:spacing w:line="360" w:lineRule="auto"/>
      <w:ind w:firstLine="709"/>
      <w:jc w:val="center"/>
    </w:pPr>
    <w:rPr>
      <w:rFonts w:ascii="Times New Roman" w:hAnsi="Times New Roman"/>
      <w:b/>
      <w:color w:val="000000"/>
      <w:sz w:val="28"/>
    </w:rPr>
  </w:style>
  <w:style w:type="paragraph" w:customStyle="1" w:styleId="T1">
    <w:name w:val="T1"/>
    <w:basedOn w:val="1"/>
    <w:rsid w:val="009528D6"/>
    <w:pPr>
      <w:spacing w:before="0" w:after="240"/>
    </w:pPr>
    <w:rPr>
      <w:rFonts w:ascii="Times New Roman" w:hAnsi="Times New Roman"/>
      <w:color w:val="000000"/>
    </w:rPr>
  </w:style>
  <w:style w:type="paragraph" w:customStyle="1" w:styleId="T2">
    <w:name w:val="T2"/>
    <w:basedOn w:val="21"/>
    <w:rsid w:val="009528D6"/>
    <w:pPr>
      <w:spacing w:before="360" w:after="240"/>
    </w:pPr>
    <w:rPr>
      <w:rFonts w:ascii="Times New Roman" w:hAnsi="Times New Roman"/>
      <w:b w:val="0"/>
      <w:color w:val="000000"/>
      <w:sz w:val="28"/>
    </w:rPr>
  </w:style>
  <w:style w:type="paragraph" w:customStyle="1" w:styleId="T3">
    <w:name w:val="T3"/>
    <w:basedOn w:val="31"/>
    <w:rsid w:val="009528D6"/>
    <w:pPr>
      <w:spacing w:before="480" w:after="240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a"/>
    <w:rsid w:val="009528D6"/>
    <w:pPr>
      <w:spacing w:before="120" w:after="120" w:line="240" w:lineRule="auto"/>
      <w:ind w:left="425" w:firstLine="0"/>
    </w:pPr>
    <w:rPr>
      <w:rFonts w:ascii="Courier New" w:hAnsi="Courier New"/>
      <w:sz w:val="20"/>
    </w:rPr>
  </w:style>
  <w:style w:type="paragraph" w:customStyle="1" w:styleId="ListingTitle">
    <w:name w:val="ListingTitle"/>
    <w:basedOn w:val="a"/>
    <w:rsid w:val="009528D6"/>
    <w:pPr>
      <w:spacing w:before="120" w:after="40" w:line="240" w:lineRule="auto"/>
      <w:ind w:firstLine="0"/>
      <w:jc w:val="left"/>
    </w:pPr>
    <w:rPr>
      <w:b/>
    </w:rPr>
  </w:style>
  <w:style w:type="paragraph" w:customStyle="1" w:styleId="TableCaption">
    <w:name w:val="TableCaption"/>
    <w:basedOn w:val="a"/>
    <w:rsid w:val="009528D6"/>
    <w:pPr>
      <w:spacing w:before="240" w:after="80" w:line="240" w:lineRule="auto"/>
      <w:ind w:firstLine="0"/>
      <w:jc w:val="left"/>
    </w:pPr>
  </w:style>
  <w:style w:type="paragraph" w:customStyle="1" w:styleId="FigureCaption">
    <w:name w:val="FigureCaption"/>
    <w:basedOn w:val="a"/>
    <w:rsid w:val="009528D6"/>
    <w:pPr>
      <w:spacing w:before="80" w:after="240" w:line="240" w:lineRule="auto"/>
      <w:ind w:firstLine="0"/>
      <w:jc w:val="center"/>
    </w:pPr>
  </w:style>
  <w:style w:type="paragraph" w:customStyle="1" w:styleId="ListBullet">
    <w:name w:val="ListBullet"/>
    <w:basedOn w:val="af0"/>
    <w:rsid w:val="009528D6"/>
    <w:pPr>
      <w:spacing w:after="0" w:line="240" w:lineRule="auto"/>
      <w:ind w:left="425" w:firstLine="0"/>
    </w:pPr>
    <w:rPr>
      <w:sz w:val="28"/>
    </w:rPr>
  </w:style>
  <w:style w:type="paragraph" w:customStyle="1" w:styleId="ListNumber">
    <w:name w:val="ListNumber"/>
    <w:basedOn w:val="af1"/>
    <w:rsid w:val="009528D6"/>
    <w:pPr>
      <w:spacing w:after="0" w:line="240" w:lineRule="auto"/>
      <w:ind w:left="425" w:firstLine="0"/>
    </w:pPr>
    <w:rPr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37BFAE-A96C-4BA0-93F3-6615E221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2759</Words>
  <Characters>15731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Пользователь</cp:lastModifiedBy>
  <cp:revision>2</cp:revision>
  <dcterms:created xsi:type="dcterms:W3CDTF">2026-10-13T12:51:00Z</dcterms:created>
  <dcterms:modified xsi:type="dcterms:W3CDTF">2026-10-13T12:51:00Z</dcterms:modified>
</cp:coreProperties>
</file>